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שלושה כלים לפענוח מילה לא מוכרת: מילון, שורש והקשר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טקסט לפני קריאה באמצעות תעודת זהות ולקרוא בשלושה שלבים מודעים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כאותות לכיוון הטקסט ולנסח רעיון מרכזי במשפט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לפרק שאלת הבנת הנקרא לשלבים ולזהות את סוג התשובה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מש״ה: פותרים מילה חדשה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מש״ה: פותרים מילה חדשה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בטיפ של כלי המילון באתר.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בכלי השורש מורידים אותיות שימוש, לא מוסיפים אותן.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מש״ה: פותרים מילה חדשה – תרגול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ע-ב-ר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עייפים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מש״ה: פותרים מילה חדשה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(בוחרים מבין כמה פירושים את זה שמתאים למשפט)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(מוצאים את אותיות השורש ונזכרים במילים מאותה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(קוראים את המשפט שלפני ואחרי המילה ומנחשים)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(מילות רמז שמביאות הסבר או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(מילות רמז שמביאות הפך או ניגוד)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תעודת זהות של טקסט – מכירים את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נמען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תאריך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תעודת זהות של טקסט – איפה פורסם כל טקסט?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(לוח מודעות או אתר 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(אתר חדשות או 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(נשלח אישית בדואר או במייל)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(קיר או לוח בציבור)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(אתר אינטרנט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תעודת זהות של טקסט – מיישמים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מוען: בית הספר או הנהלתו; נמען: התלמידים וההורים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חופשית; יש לזהות נכון מוען או נמען ולהסביר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מקום הפרסום מעיד על אמינות המידע ועל מטרת הכתיבה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לפני · תוך כדי · אחרי הקריאה – מכירים את שלושת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מסמנים מילים קשות ועוצרים בסוף כל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אם הניחוש מראש התאים לטקסט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אני מנחש/ת שיהיה בטקסט?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פותרים אותה בעזרת מש״ה (מילון, שורש, הקשר)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לפני · תוך כדי · אחרי הקריאה – משלימים את השלב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תוך כדי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מש״ה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לפני · תוך כדי · אחרי הקריאה – מיישמים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 שאלות הגיוניות, למשל: על מה הכתבה מדברת? מה אני כבר יודע/ת על הנושא?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במילים של התלמיד/ה, בלי דוגמאות, שמכיל נושא ומה נאמר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עצירה באמצע עוזרת להבין כל פסקה לפני שממשיכים, ומונעת אובדן הבנה בטקסט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אישי קצר: הניחוש לפני הקריאה, והתיקון שנעשה אחרי בדיקה מול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מילות קישור: תמרורים בטקסט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תחילה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קישור: תמרורים בטקסט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הפוך: ׳כי׳ מביא סיבה, ו׳לכן׳ מביא תוצאה.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שתיהן מביאות דוגמה מוחשית לרעיון.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׳למרות׳ היא גם מילת ניגוד, גם בלי ׳אבל׳.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מילות קישור: תמרורים בטקסט – יישום בפסקה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(וגם · 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(כי · בגלל)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(לכן · לפיכך)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(למשל · כגון)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(לסיכום · בקיצור)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מילות קישור: תמרורים בטקסט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רעיון מרכזי: מה העיקר?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משפט המפתח יכול להופיע בתחילת הפסקה או בסופה, ולעיתים צריך לנסח אותו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הצעד הראשון במציאת הרעיון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רעיון מרכזי: מה העיקר?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הרעיון המרכזי שכל הפרטים עומדים 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רעיון מרכזי: מה העיקר?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רעיון מרכזי: מה העיקר? – מיישמים את שלושת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בזכות ניקוי הנחל חזרו אליו צבי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השאלה כטקסט: מפרקים את השאלה – מכירים את האסטרטגיה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מבינים בדיוק מה השאלה מבקשת לפני שמתחילים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מילים קטנות יכולות לשנות את משמעות השאלה, למשל מילת שלילה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השלב הראשון הוא לקרוא את השאלה כולה, לאט,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השאלה כטקסט: מפרקים את השאלה – מזהים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מחפשים מידע שהשאלה עצמה נותנת, כמו באיזו פסקה לחפש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מילות שאלה והוראה כמו מדוע, הסבירו, השוו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להתאים להקשר המשפט ולהסביר מדוע הכלי שנבחר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צריך לכלול נושא ומה נאמר עליו, בלי פרטים ובלי דוגמה, במילים של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מילות הוראה כמו 'הסבירו' או 'השוו' ומבחין/ה בין איתור, פרשנות או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 ולחזור על הכלים דרך טקסטים חדשים בשיעורים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 מש״ה ובתעודת הזהות בלבד ולדלג על הניתוח הלוגי של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על הבדלים בין טקסטים (מכתב מול כרזה) ולדרוש ניסוח עצמאי של רעיון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בין הפרקים: לפני קריאת טקסט חדש להשתמש בתעודת זהות, ותוך כדי קריאה לעצור ולזהות מילות קישור ומילים 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שישה פרקים. בכל פרק לומדים כלי אחד לקריאה חכמה. קוראים את ההסבר, עושים את התרגילים, ובסוף בודקים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כלים לפענוח מילה חדשה: מילון, שורש, הקשר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של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כותרת, במה, מוען, נמען ותאריך לפני 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במשפחת מילים ונושאות משמעות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המשפטים שלפני ואחרי מילה קשה, שעוזרים לנחש את פירושה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שמקשרת בין רעיונות ומראה הוספה, ניגוד, סיבה או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שמסכם את העיקר שבטקסט, כמו מטרייה מעל כל הפרטים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כתובה במפורש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 והיסק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דורשת הבנה מעבר למילים הכתובות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מוען ונמען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כתב את הטקסט ולמי הוא מיועד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מלכודת נפוצה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טעות שקוראים נוטים לעשות ושצריך להיזהר ממנה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מש״ה: פותרים מילה חדשה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מ׳ במש״ה = איזו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ש׳ במש״ה = איזו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ה׳ במש״ה = איזו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מש״ה: פותרים מילה חדשה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כשמחפשים מילה במילון, צריך לחפש אותה בצורת הבסיס – ביחיד ובזכר.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את שורש המילה, מוסיפים לה אותיות שימוש כמו מ׳ ו־ת׳.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מש״ה: פותרים מילה חדשה – תרגול עם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במילה ״מעבורת״ (״מעבורת הגיעה לנמל״) השורש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״אחרי שש שעות הליכה היינו מותשים״, לפי כלי ההקשר, פירוש המילה מותשים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מש״ה: פותרים מילה חדשה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קוראים את המשפט שלפני ואחרי המילה ומנחשים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מילות רמז שמביאות הסבר או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מילות רמז שמביאות הפך או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כלומר / למשל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בוחרים מבין כמה פירושים את זה שמתאים למשפט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אבל /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מוצאים את אותיות השורש ונזכרים במילים מאותה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תעודת זהות של טקסט – מכירים את הפרטים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 הפרט 'במה'?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הטקסט מיועד?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יצא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נמען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תעודת זהות של טקסט – איפה פורסם כל טקסט?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אתר אינטרנט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לוח מודעות או אתר 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קיר או לוח בציבור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אתר חדשות או 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נשלח אישית בדואר או במייל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תעודת זהות של טקסט – מיישמים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כרזה המזמינה לטקס סיום שנה בבית הספר. מי יהיה המוען ומי הנמען?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פתיחה שיכול להופיע במכתב אישי, ונמקו איזה פרט בתעודת הזהות – מוען או נמען – קל יותר לזהות ממנו, ומדוע.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לבדוק את ה'במה' לפני שסומכים על מידע בטקסט? הסבירו בשתי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לפני · תוך כדי · אחרי הקריאה – מכירים את שלושת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בודקים תעודת זהות ומציצים בכותרת?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כדי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באמצע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מה אני כבר יודע/ת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מילים קשות ועוצרים בסוף כל 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מסכמים במשפט אחד את הרעיון המרכזי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אם הניחוש התאים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אחרי שסיימו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הניחוש מראש התאים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מילים קשות יש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כתב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שואלים לפני שמתחילים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למדתי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אני מנחש/ת שיהיה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הרעיון המרכזי במשפט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עניתי על כל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מילה קשה באמצע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מדלגים ולא חוזרים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פותרים אותה בעזרת מש״ה (מילון, שורש, הקשר)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מפסיקים לקרוא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רק את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לפני · תוך כדי · אחרי הקריאה – משלימים את השלב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__________ מציצים בכותרת ובתמונות ושואלים מה אני כבר יודע/ת על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__________ עוצרים בסוף כל פסקה ושואלים: מה למדתי כאן?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__________ בודקים אם הניחוש מראש התאים ומסכמים את הרעיון המרכזי במשפט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לפענח מילה קשה שמופיעה תוך כדי הקריאה אפשר להשתמש באסטרטגיית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לפני · תוך כדי · אחרי הקריאה – מיישמים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שהייתם שואלים את עצמכם לפני קריאת כתבה חדשה בעיתון.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פסקה מטקסט שאתם קוראים עכשיו, וכתבו משפט אחד שמסכם את הרעיון המרכזי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מדוע כדאי לעצור תוך כדי קריאה ולשאול "מה למדתי כאן?", ולא רק בסוף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מקרה שבו ניחשתם מראש מה יהיה בטקסט, ובסוף גיליתם שהניחוש לא היה מדויק. מה עשיתם?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מילות קישור: תמרורים בטקסט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מסבירה למה משהו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מביאה את התוצאה של דבר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מציינת המילה ׳למרות׳?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מספרת על סדר האירועים?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מילות קישור: תמרורים בטקסט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׳כי׳ מביאה תוצאה, והמילה ׳לכן׳ מביאה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׳למשל׳ ו׳לדוגמה׳ שייכות לקבוצת הדוגמה.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ניגוד גם בלי המילה ׳אבל׳, למשל באמצעות ׳למרות׳.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מילות קישור: תמרורים בטקסט – יישום בפסקה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למשל · כגון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וגם ·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· בגלל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לסיכום · בקיצור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לכן · לפיכך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מילות קישור: תמרורים בטקסט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המים בנחל נוקו, __________ הצבים חזרו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לשמור על הנחל נקי, __________ לא להשליך בו פסולת.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הצבים נעלמו לתמיד, __________ אחרי שנתיים הם חזרו.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רעיון מרכזי: מה העיקר?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מופיע תמיד במשפט הראשון של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הוא מי או מה שהטקסט מדבר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רעיון מרכזי: מה העיקר?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המטרייה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מעניין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הרעיון המרכזי שכל הפרטים עומדים תחתיו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כותרת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הכותב/ת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צעדים יש בדרך למציאת הרעיון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רעיון מרכזי: מה העיקר?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הצעד הראשון במציאת הרעיון המרכזי הוא לשאול: מה ה__________ של הטקסט?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רעיון מרכזי: מה העיקר? – מיישמים את שלושת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הרעיון המרכזי בסיפור על הנחל?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הנחל התייבש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בזכות ניקוי הנחל חזרו אליו צבי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צבי מים אוהבים לאכול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לבקר בנחל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השאלה כטקסט: מפרקים את השאלה – מכירים את האסטרטגיה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שעונים על שאלה, כדאי לקרוא אותה לאט כמו טקסט קצר.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מילים קטנות בשאלה כי הן לא חשובות.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באסטרטגיה הוא לכתוב את התשובה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השאלה כטקסט: מפרקים את השאלה – מזהים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צעדים יש בשיטה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השני, "מה השאלה כבר מספרת לי?"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מחפשים מידע שהשאלה עצמה נותנת, כמו באיזו פסקה לחפש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תשובה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מהכותרת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מילים מקיפים בשלב "מסמנים את מילות השאלה"?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מילות קישור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מילות שאלה והוראה כמו מדוע, הסבירו, השוו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נרדפות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למילה קשה ופרט/י איזה כלי ממש״ה (מילון/שורש/הקשר) היית משתמש/ת בה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טקסט קצר וכתוב/י משפט אחד שמנסח את הרעיון המרכזי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קרא/י שאלת הבנת הנקרא וסמן/י אילו מילות הוראה מופיעות בה ואיזה סוג תשובה נדרש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חכם: 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